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PROCURAÇÃO</w:t>
      </w:r>
    </w:p>
    <w:p>
      <w:r>
        <w:br/>
        <w:t>OUTORGANTE: [NOME COMPLETO DO CLIENTE OU EMPRESA], [nacionalidade], [estado civil], [profissão], portador(a) do RG nº [__________] e do CPF nº [__________], residente e domiciliado(a) à [endereço completo], ou, se pessoa jurídica, inscrita no CNPJ sob nº [__________], com sede à [endereço completo], neste ato representada por seu(s) sócio(s) [nome(s)], portador(es) do CPF nº [__________].</w:t>
        <w:br/>
      </w:r>
    </w:p>
    <w:p>
      <w:r>
        <w:br/>
        <w:t>OUTORGADO: [NOME COMPLETO DO CONTADOR OU ESCRITÓRIO CONTÁBIL], [nacionalidade], [estado civil], [profissão – contador(a)], portador(a) do CRC nº [__________], CPF nº [__________], com endereço profissional à [endereço completo], doravante denominado(a) PROCURADOR(A).</w:t>
        <w:br/>
      </w:r>
    </w:p>
    <w:p>
      <w:pPr>
        <w:pStyle w:val="Heading2"/>
      </w:pPr>
      <w:r>
        <w:t>PODERES CONFERIDOS</w:t>
      </w:r>
    </w:p>
    <w:p>
      <w:r>
        <w:br/>
        <w:t>O(A) OUTORGANTE nomeia e constitui como seu bastante procurador(a) o(a) OUTORGADO(a) acima qualificado(a), a quem confere amplos, gerais e ilimitados poderes, para representá-lo(a), ativa e passivamente, em todas as repartições públicas federais, estaduais e municipais, inclusive:</w:t>
        <w:br/>
        <w:t>- Receita Federal do Brasil (RFB);</w:t>
        <w:br/>
        <w:t>- Secretarias de Fazenda Estaduais;</w:t>
        <w:br/>
        <w:t>- Prefeituras Municipais;</w:t>
        <w:br/>
        <w:t>- Juntas Comerciais;</w:t>
        <w:br/>
        <w:t>- Cartórios e demais órgãos de registro público;</w:t>
        <w:br/>
        <w:t>- Instituições bancárias e financeiras públicas ou privadas;</w:t>
        <w:br/>
        <w:t>- Caixa Econômica Federal e Banco do Brasil (INSS, FGTS, CNDs etc.);</w:t>
        <w:br/>
        <w:t>- Ministério do Trabalho e Emprego (MTE);</w:t>
        <w:br/>
        <w:t>- Conselhos de Classe e demais autarquias;</w:t>
        <w:br/>
        <w:t>- Outros órgãos e entidades que se façam necessários ao bom cumprimento das obrigações fiscais, contábeis e trabalhistas.</w:t>
        <w:br/>
      </w:r>
    </w:p>
    <w:p>
      <w:pPr>
        <w:pStyle w:val="Heading2"/>
      </w:pPr>
      <w:r>
        <w:t>FINALIDADE</w:t>
      </w:r>
    </w:p>
    <w:p>
      <w:r>
        <w:br/>
        <w:t>Para, em nome do(a) OUTORGANTE:</w:t>
        <w:br/>
        <w:t>- Cadastrar, alterar, retificar e atualizar informações cadastrais;</w:t>
        <w:br/>
        <w:t>- Protocolar, assinar e retirar documentos, processos e certidões;</w:t>
        <w:br/>
        <w:t>- Entregar declarações e cumprir obrigações acessórias (DCTF, EFD, SPED, GFIP, DEFIS, RAIS, eSocial, entre outras);</w:t>
        <w:br/>
        <w:t>- Representar perante o e-CAC, SEFAZ, Juntas Comerciais, Prefeituras e demais órgãos públicos;</w:t>
        <w:br/>
        <w:t>- Praticar todos os atos necessários à gestão fiscal, contábil, tributária, previdenciária e trabalhista da empresa;</w:t>
        <w:br/>
        <w:t>- Requerer inscrição, baixa, alterações contratuais e emissão de certidões;</w:t>
        <w:br/>
        <w:t>- Assinar, digital ou fisicamente, documentos, termos e requerimentos em nome da empresa.</w:t>
        <w:br/>
      </w:r>
    </w:p>
    <w:p>
      <w:pPr>
        <w:pStyle w:val="Heading2"/>
      </w:pPr>
      <w:r>
        <w:t>PRAZO DE VALIDADE</w:t>
      </w:r>
    </w:p>
    <w:p>
      <w:r>
        <w:br/>
        <w:t>A presente procuração é válida por [____ anos], contados a partir da assinatura, podendo ser revogada a qualquer tempo, mediante comunicação por escrito.</w:t>
        <w:br/>
      </w:r>
    </w:p>
    <w:p>
      <w:pPr>
        <w:pStyle w:val="Heading2"/>
      </w:pPr>
      <w:r>
        <w:t>LOCAL E DATA</w:t>
      </w:r>
    </w:p>
    <w:p>
      <w:r>
        <w:t>[Município/UF], ___ de ________________ de ________.</w:t>
      </w:r>
    </w:p>
    <w:p>
      <w:r>
        <w:br/>
        <w:t>OUTORGANTE:</w:t>
        <w:br/>
        <w:t>__________________________________________</w:t>
        <w:br/>
        <w:t>[NOME COMPLETO / RAZÃO SOCIAL]</w:t>
        <w:br/>
        <w:t>CPF/CNPJ: [__________]</w:t>
        <w:br/>
        <w:br/>
        <w:t>OUTORGADO (CONTADOR):</w:t>
        <w:br/>
        <w:t>__________________________________________</w:t>
        <w:br/>
        <w:t>[NOME COMPLETO DO CONTADOR]</w:t>
        <w:br/>
        <w:t>CRC nº [__________] – CPF nº [__________]</w:t>
        <w:br/>
        <w:br/>
        <w:t>Testemunhas:</w:t>
        <w:br/>
        <w:br/>
        <w:t>1. ______________________________________ CPF: ___________________</w:t>
        <w:br/>
        <w:t>2. ______________________________________ CPF: ___________________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