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TERMO ADITIVO AO CONTRATO DE PRESTAÇÃO DE SERVIÇOS CONTÁBEIS</w:t>
      </w:r>
    </w:p>
    <w:p>
      <w:r>
        <w:br/>
        <w:t>Pelo presente instrumento particular, as partes abaixo identificadas:</w:t>
        <w:br/>
      </w:r>
    </w:p>
    <w:p>
      <w:r>
        <w:br/>
        <w:t>CONTRATANTE: [Nome da Empresa Contratante], inscrita no CNPJ sob nº [CNPJ], com sede à [Endereço completo], neste ato representada por [Nome e Cargo do Representante Legal].</w:t>
        <w:br/>
      </w:r>
    </w:p>
    <w:p>
      <w:r>
        <w:br/>
        <w:t>CONTRATADA: [Nome do Escritório de Contabilidade], inscrita no CNPJ sob nº [CNPJ], com sede à [Endereço completo], neste ato representada por [Nome do Contador Responsável], doravante denominada simplesmente CONTRATADA.</w:t>
        <w:br/>
      </w:r>
    </w:p>
    <w:p>
      <w:r>
        <w:br/>
        <w:t>Têm entre si justo e acordado o presente Termo Aditivo ao Contrato de Prestação de Serviços Contábeis, firmado em [Data do Contrato Original], mediante as seguintes alterações:</w:t>
        <w:br/>
      </w:r>
    </w:p>
    <w:p>
      <w:pPr>
        <w:pStyle w:val="Heading2"/>
      </w:pPr>
      <w:r>
        <w:t>CLÁUSULA PRIMEIRA – DOS HONORÁRIOS CONTÁBEIS</w:t>
      </w:r>
    </w:p>
    <w:p>
      <w:r>
        <w:br/>
        <w:t>Os honorários mensais passam a ser fixados em R$ [valor], a partir de [data de início da vigência], reajustáveis anualmente pelo índice [IGP-M/IPCA ou outro índice escolhido], ou sempre que houver ampliação dos serviços contratados.</w:t>
        <w:br/>
      </w:r>
    </w:p>
    <w:p>
      <w:pPr>
        <w:pStyle w:val="Heading2"/>
      </w:pPr>
      <w:r>
        <w:t>CLÁUSULA SEGUNDA – DA SUSPENSÃO DOS SERVIÇOS</w:t>
      </w:r>
    </w:p>
    <w:p>
      <w:r>
        <w:br/>
        <w:t>Fica estabelecido que, em caso de atraso superior a 30 (trinta) dias no pagamento dos honorários, a CONTRATADA poderá suspender temporariamente a execução dos serviços contábeis, até a regularização dos débitos, sem que isso implique em rescisão contratual ou responsabilização por eventuais penalidades impostas por órgãos fiscalizadores durante o período de suspensão.</w:t>
        <w:br/>
      </w:r>
    </w:p>
    <w:p>
      <w:pPr>
        <w:pStyle w:val="Heading2"/>
      </w:pPr>
      <w:r>
        <w:t>CLÁUSULA TERCEIRA – DA ATUALIZAÇÃO DA CONTRATADA</w:t>
      </w:r>
    </w:p>
    <w:p>
      <w:r>
        <w:br/>
        <w:t>Fica alterada a titularidade da CONTRATADA, anteriormente representada por [Nome e CPF], que passa a ser [Nome do Escritório de Contabilidade], inscrito no CNPJ nº [CNPJ]. Todas as demais condições do contrato original permanecem inalteradas.</w:t>
        <w:br/>
      </w:r>
    </w:p>
    <w:p>
      <w:pPr>
        <w:pStyle w:val="Heading2"/>
      </w:pPr>
      <w:r>
        <w:t>CLÁUSULA QUARTA – RATIFICAÇÃO</w:t>
      </w:r>
    </w:p>
    <w:p>
      <w:r>
        <w:br/>
        <w:t>Permanecem em vigor todas as demais cláusulas do contrato original, que não foram modificadas por este termo.</w:t>
        <w:br/>
      </w:r>
    </w:p>
    <w:p>
      <w:r>
        <w:br/>
        <w:t>E, por estarem de pleno acordo, firmam o presente instrumento em duas vias de igual teor e forma, juntamente com duas testemunhas.</w:t>
        <w:br/>
      </w:r>
    </w:p>
    <w:p>
      <w:r>
        <w:br/>
        <w:t>[Cidade/UF], ____ de ___________ de 20____.</w:t>
        <w:br/>
      </w:r>
    </w:p>
    <w:p>
      <w:r>
        <w:br/>
        <w:t>CONTRATANTE</w:t>
        <w:br/>
        <w:t>_________________________________________</w:t>
        <w:br/>
        <w:t>[Nome e Cargo do Representante Legal]</w:t>
        <w:br/>
      </w:r>
    </w:p>
    <w:p>
      <w:r>
        <w:br/>
        <w:t>CONTRATADA</w:t>
        <w:br/>
        <w:t>_________________________________________</w:t>
        <w:br/>
        <w:t>[Nome do Contador Responsável / Escritório Contábil]</w:t>
        <w:br/>
      </w:r>
    </w:p>
    <w:p>
      <w:r>
        <w:br/>
        <w:t>TESTEMUNHAS:</w:t>
        <w:br/>
        <w:t>1. Nome: ________________________ CPF: ________________________</w:t>
        <w:br/>
        <w:t>2. Nome: ________________________ CPF: ________________________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